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קבלת השונה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"קבלת השונה"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🌈 קבלת השונה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שׁוֹנִים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🌈 קבלת השונה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🌈 🧩 🤗  משפט השבוע: כֻּלָּנוּ שׁוֹנִים, וְכֻלָּנוּ חֲבֵרִים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נוֹתְנִים  |  עוֹצְרִים  |  שׁוֹנִים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"כֻּלָּנוּ שׁוֹנִים, וְכֻלָּנוּ חֲבֵרִים"?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🎁 נדיבות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🌈 קבלת השונה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לוותר מיד כשקשה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ללמוד מילה אחת בשפה של חבר או חברה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להזמין מישהו חדש לשחק איתי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כֻּלָּנוּ ________, וְכֻלָּנוּ חֲבֵרִים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למדו ליה ואלמז זו מזו?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ללמוד מילה אחת בשפה של חבר או חברה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קבלת השונה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