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קבלת השונה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"קבלת השונה"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מיוחד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different / другой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respect / уважать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language / язык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special / особенный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🌈 קבלת השונה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כל אחד שונה: שפה אחרת, צבע אחר, מנהג אחר. אנחנו מכבדים את כולם.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different · другой · የተለየ · مختلف · différent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לכבד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respect · уважать · ማክበር · يحترم · respecter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language · язык · ቋንቋ · لغة · langue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מיוחד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special · особенный · ልዩ · مميز · spécial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שונה  |  לכבד  |  שפה  |  מיוחד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special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מיוחד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לכבד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respect / уважать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לכבד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special / особенный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language / язык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מיוחד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different / другой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כל אחד ________: שפה אחרת, צבע אחר, מנהג אחר. אנחנו מכבדים את כולם.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"שונה".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למדו ליה ואלמז זו מזו?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ללמוד מילה אחת בשפה של חבר או חברה / להזמין מישהו חדש לשחק איתי)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השונה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