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נדיבות</w:t>
      </w:r>
    </w:p>
    <w:p>
      <w:pPr>
        <w:bidi/>
        <w:jc w:val="right"/>
      </w:pPr>
      <w:r>
        <w:rPr>
          <w:rFonts w:ascii="Arial" w:hAnsi="Arial" w:cs="Arial"/>
          <w:sz w:val="24"/>
          <w:rtl/>
          <w:szCs w:val="24"/>
        </w:rPr>
        <w:t>• 🎯 מטרה: לתרגל את ערך השבוע "נדיבות"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לתת מכל הלב – זמן, עזרה, מילה טובה או חפץ –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לעצור רגע לפני שמגיבים, ולבחור איך לפעול גם כשהרגשות חזקים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היכולת לשנות תוכנית, לראות דברים מכמה צדדים ולמצוא פתרון חדש</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לשים לב למי שצריך, להושיט יד ולעזור – בבית, בכיתה ובקהילה</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שנותנים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4 (חצי מ־12 זה 6, שליש מ־6 זה 2, ונשארו 4)</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נדיבות – דף תרגול</w:t>
      </w:r>
    </w:p>
    <w:p>
      <w:pPr>
        <w:bidi/>
        <w:jc w:val="right"/>
      </w:pPr>
      <w:r>
        <w:rPr>
          <w:rFonts w:ascii="Arial" w:hAnsi="Arial" w:cs="Arial"/>
          <w:color w:val="555577"/>
          <w:sz w:val="24"/>
          <w:rtl/>
          <w:szCs w:val="24"/>
        </w:rPr>
        <w:t>ערך השבוע: נדיבות – לתת מכל הלב – זמן, עזרה, מילה טובה או חפץ – בלי לצפות לתמורה.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נדיבות היא לא רק כסף או מתנות. איתי מצטיין בשרטוט, והוא שם לב שאלמז מתקשה במשימת האמנות. במקום לעשות בשבילה, הוא יושב איתה רבע שעה ומראה לה טריק פשוט. למחרת היא מלמדת את הטריק לעוד שני תלמידים.</w:t>
      </w:r>
    </w:p>
    <w:p>
      <w:pPr>
        <w:bidi/>
        <w:jc w:val="right"/>
      </w:pPr>
      <w:r>
        <w:rPr>
          <w:rFonts w:ascii="Arial" w:hAnsi="Arial" w:cs="Arial"/>
          <w:sz w:val="24"/>
          <w:rtl/>
          <w:szCs w:val="24"/>
        </w:rPr>
        <w:t>1. מה ההבדל בין לעשות בשביל מישהו לבין ללמד אותו?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מה אתם יכולים לתת לאחרים מהכישרון שלכם?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נדיבות צריכה להיות סודית כדי להיות אמיתית?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"נדיבות"?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לכתוב פתק תודה למישהו שלא מצפה לו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לתת מזמני לעזרה בבית או בשכונה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ללמד מישהו משהו שאני טוב או טובה בו</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לקחת בלי לבקש רשות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נדיבות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לשים לב למי שצריך, להושיט יד ולעזור – בבית, בכיתה ובקהילה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שליטה עצמית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לעצור רגע לפני שמגיבים, ולבחור איך לפעול גם כשהרגשות חזקים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גמישות מחשבתית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היכולת לשנות תוכנית, לראות דברים מכמה צדדים ולמצוא פתרון חדש</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עזרה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לתת מכל הלב – זמן, עזרה, מילה טובה או חפץ – בלי לצפות לתמורה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"מה ________ באהבה – חוזר אלינו כחיוך"</w:t>
      </w:r>
    </w:p>
    <w:p>
      <w:pPr>
        <w:bidi/>
        <w:jc w:val="right"/>
      </w:pPr>
      <w:r>
        <w:rPr>
          <w:rFonts w:ascii="Arial" w:hAnsi="Arial" w:cs="Arial"/>
          <w:sz w:val="24"/>
          <w:rtl/>
          <w:szCs w:val="24"/>
        </w:rPr>
        <w:t>2. 🧩 חידה: לאמא של מאיה יש 12 עוגיות. היא נותנת חצי לשכנים, ומהשאר שליש לסבתא. כמה עוגיות נשארו?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ללמד מישהו משהו שאני טוב או טובה בו · לתת מזמני לעזרה בבית או בשכונה · לכתוב פתק תודה למישהו שלא מצפה לו</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התחושה של לתת?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 שרוצה – ספרו על מתנה קטנה, מעשה או מילה שנתתם או קיבלתם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נדיבות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