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נדיבות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"נדיבות"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לתת מכל הלב – זמן, עזרה, מילה טובה או חפץ – בלי לצפות לתמורה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לעצור רגע לפני שמגיבים, ולבחור איך לפעול גם כשהרגשות חזקים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לשנות תוכנית, לראות דברים מכמה צדדים ולמצוא פתרון 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לשים לב למי שצריך, להושיט יד ולעזור – בבית, בכיתה ובקהילה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שנותנים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🎁 נדיבות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נדיבות – לתת מכל הלב – זמן, עזרה, מילה טובה או חפץ – בלי לצפות לתמורה.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לקראת החורף הכיתה אספה מעילים ושמיכות למשפחות שצריכות. נועה רצתה לתת את המעיל שהכי פחות אהבה. ואז חשבה: איך ירגיש מי שיקבל אותו? היא בחרה מעיל חם ויפה, וקיפלה אותו בזהירות.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נועה החליפה את המעיל שבחרה?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מרגישים כשנותנים משהו שאנחנו אוהבים?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"נדיבות"?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לחלוק משחק או צעצוע בהפסקה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להתעלם ממי שמבקש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 בבית בלי שיבקשו ממני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 מחמאה לשלושה חברים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🎁 נדיבות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היכולת לשנות תוכנית, לראות דברים מכמה צדדים ולמצוא פתרון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🧘 שליטה עצמית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לעצור רגע לפני שמגיבים, ולבחור איך לפעול גם כשהרגשות חזקים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🔄 גמישות מחשבתית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לתת מכל הלב – זמן, עזרה, מילה טובה או חפץ – בלי לצפות לתמורה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🤲 עזרה לזולת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לשים לב למי שצריך, להושיט יד ולעזור – בבית, בכיתה ובקהילה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"מה ________ באהבה – חוזר אלינו כחיוך"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ככל שאני נותנת יותר – יש לי יותר. אני מתחילה בפה ומגיעה עד העיניים.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לתת מחמאה לשלושה חברים · לחלוק משחק או צעצוע בהפסקה · לעזור בבית בלי שיבקשו ממני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התחושה של לתת?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מתנה קטנה, מעשה או מילה שנתתם או קיבלתם השבוע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נדיבות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